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p14">
  <w:body>
    <w:p xmlns:wp14="http://schemas.microsoft.com/office/word/2010/wordml" w:rsidR="00DB5B30" w:rsidP="00AE3027" w:rsidRDefault="00664D72" w14:paraId="666681C9" wp14:textId="77777777">
      <w:pPr>
        <w:pStyle w:val="2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102CCC8B" w:rsidR="00664D72">
        <w:rPr>
          <w:rFonts w:ascii="Times New Roman" w:hAnsi="Times New Roman" w:cs="Times New Roman"/>
          <w:color w:val="auto"/>
          <w:sz w:val="24"/>
          <w:szCs w:val="24"/>
          <w:lang w:val="ru-RU"/>
        </w:rPr>
        <w:t>ОТ СЕРДЦА К СЕРДЦУ: СВЯЗУЮЩАЯ НИТЬ</w:t>
      </w:r>
    </w:p>
    <w:p xmlns:wp14="http://schemas.microsoft.com/office/word/2010/wordml" w:rsidR="00C06E5D" w:rsidP="102CCC8B" w:rsidRDefault="00C06E5D" w14:paraId="4FEBA0DB" wp14:textId="3ADC39A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3C206A3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каждой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российской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семье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чьи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судьбы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связаны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защитой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нашей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И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семье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такие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люди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связующей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нитью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поколений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Защитника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Отечества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является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данью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уважения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ратному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подвигу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сражался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трудом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помогал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разные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эпохи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а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также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нынешним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героям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участникам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специальной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военной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операции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Тематика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отражает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приоритеты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современной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России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: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патриотизм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преемственность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поколений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уважение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к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защитникам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времена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proofErr w:type="spellStart"/>
      <w:proofErr w:type="spellEnd"/>
    </w:p>
    <w:p xmlns:wp14="http://schemas.microsoft.com/office/word/2010/wordml" w:rsidR="00C06E5D" w:rsidP="102CCC8B" w:rsidRDefault="00C06E5D" w14:paraId="0222AC70" wp14:textId="27DC33D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4DACC5F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Великой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Отечественной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войны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(22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июня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1941 – 9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1945)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прадедушка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прабабушка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Никаноров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Семён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Петрович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Никанорова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Пелагея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Ивановна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трудились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тылу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работали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12–16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часов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сутки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часто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доедали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жили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холоде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голоде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понимали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: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труда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зависит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судьба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страны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сложное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время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прабабушки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умерли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двое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детей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воспаления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лёгких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Несмотря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горе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продолжала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работать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каждый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день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Благодаря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самоотверженности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тружеников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тыла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к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концу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1941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была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восстановлена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танковая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промышленность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Урале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Сибири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создана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новая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металлургическая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14896760" wp14:textId="65C1DF5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098FA2C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прабабушка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прадедушка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занимались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добычей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золота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приисках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Золото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использовалось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платёжное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средство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для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закупки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оружия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военного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снаряжения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боеприпасов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а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также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для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поддержания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финансового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равновесия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страны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воевали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передовой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вклад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был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менее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важен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войны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прабабушки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родились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детей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а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послевоенное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время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ещё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четыре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дочери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среди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которых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бабушка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Никанорова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Валентина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Семёновна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бабушка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Никанорова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Наталья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Семёновна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7F05B679" wp14:textId="53FF1CE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0C51F94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Наша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страна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всегда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защищала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интересы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продолжает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делать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ходе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специальной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военной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операции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Сегодня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которые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рискуя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жизнью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защищают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Родину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Разрушить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связь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поколений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невозможно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1BDE204D" wp14:textId="1D4C189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4F3DB64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Продолжил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семейную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летопись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брат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Мацик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Алексеевич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(26.06.2001 – 07.06.2025).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вырос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посёлке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Иракинда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Муйского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района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Республики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Бурятия.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Иракинда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северный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посёлок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среди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гор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добраться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которого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можно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лишь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сложной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горной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дороге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через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перевал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высотой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1600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метров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над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уровнем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моря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3A871222" wp14:textId="71E3414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6632849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был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единственным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сыном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мамы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Мацик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Юлии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Сергеевны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воспитывали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мама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бабушка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Наталья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Семёновна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дедушка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Сергей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Николаевич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Уже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школьные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(2007–2018)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активно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участвовал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мероприятиях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чувством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читал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стихи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о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войне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Чулочки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»,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Варварство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»,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произведения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Мусы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Джалиля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вкладывал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душу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каждое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слово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стремясь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чтобы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слушатели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прочувствовали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боль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переданную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поэтами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3617076F" wp14:textId="691CA2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6554131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Ещё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третьем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классе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говорил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: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Когда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я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вырасту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я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буду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лечить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маму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бабушку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дедушку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».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имея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учителя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биологии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химии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изучал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предметы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самостоятельно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а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дедушка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возил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районный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центр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Таксимо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дополнительные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занятия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Семья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всегда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поддерживала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стремление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врачом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6E3632D7" wp14:textId="77604A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4A136B3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После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окончания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школы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2018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поступил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Иркутский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государственный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медицинский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университет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мечтая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хирургом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Позже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решил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военным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врачом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будучи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студентом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третьего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курса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июне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2023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ушёл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служить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армию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направили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медицинскую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роту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войсковой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части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16871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Приморском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крае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Служба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ему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нравилась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часто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делился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впечатлениями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родными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50D3E8E7" wp14:textId="725B65E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27C11F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8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марта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2024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подписал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контракт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Министерством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обороны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РФ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ушёл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СВО,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чтобы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помогать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раненым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бойцам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Родным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сообщил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об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этом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позже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написав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бабушке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трогательное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письмо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где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признался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считает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долгом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помогать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солдатам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написал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бабушке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:</w:t>
      </w:r>
    </w:p>
    <w:p xmlns:wp14="http://schemas.microsoft.com/office/word/2010/wordml" w:rsidR="00C06E5D" w:rsidP="102CCC8B" w:rsidRDefault="00C06E5D" w14:paraId="558F9D11" wp14:textId="6BDFF9E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44A02F2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Баба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полтора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месяца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назад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нас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части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набирали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людей-медиков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полевой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госпиталь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Желающих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было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немного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я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вызвался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помочь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потому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считаю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долгом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!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знал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вам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сказать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скрывать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больше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могу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Я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надеюсь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поймёте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моё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решение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29588B94" wp14:textId="066A839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371255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тех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пор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ежедневно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отправлял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короткие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сообщения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: «У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меня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всё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хорошо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5C78E87B" wp14:textId="7477277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0FE8D2F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СВО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занимался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эвакуацией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раненых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поля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оказывал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первую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помощь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доставлял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бойцов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безопасные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зоны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спас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множество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жизней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участвовал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операциях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удалению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осколков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получая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бесценный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опыт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521FF841" wp14:textId="2FC7896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3ED659D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ноябре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2024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приехал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отпуск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домой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Ему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звонили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сослуживцы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благодарили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спасение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говорили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: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приезжай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скорее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нужен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». В 2025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получил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звание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младшего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сержанта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Благодарственное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письмо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героизм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государственную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награду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спасение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погибавших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56AA1BFB" wp14:textId="66B0152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3331E6C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5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июня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2025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отправил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матери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последнее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сообщение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: «У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меня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всё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хорошо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я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вас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очень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люблю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22A1FA3B" wp14:textId="39A9B8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32A95F6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7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июня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2025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погиб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спасая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товарищей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подвиг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навсегда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останется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памяти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семьи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посёлка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республики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страны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6D5DBDF8" wp14:textId="2A9DAE5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7F57D92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Мама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Юлия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Сергеевна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посвятила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сыну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стихотворение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полное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любви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котором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выражены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материнская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утрата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гордость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сына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:</w:t>
      </w:r>
    </w:p>
    <w:p xmlns:wp14="http://schemas.microsoft.com/office/word/2010/wordml" w:rsidR="00C06E5D" w:rsidP="102CCC8B" w:rsidRDefault="00C06E5D" w14:paraId="44A84A43" wp14:textId="6DB027D9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Где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же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ты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сейчас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моя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кровиночка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,</w:t>
      </w:r>
    </w:p>
    <w:p xmlns:wp14="http://schemas.microsoft.com/office/word/2010/wordml" w:rsidR="00C06E5D" w:rsidP="102CCC8B" w:rsidRDefault="00C06E5D" w14:paraId="395346A2" wp14:textId="11E775EE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Солнышко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моё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родной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мой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сыночек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29D44273" wp14:textId="6377419F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Где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твоя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душа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сейчас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небесах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?</w:t>
      </w:r>
    </w:p>
    <w:p xmlns:wp14="http://schemas.microsoft.com/office/word/2010/wordml" w:rsidR="00C06E5D" w:rsidP="102CCC8B" w:rsidRDefault="00C06E5D" w14:paraId="24ACD5BB" wp14:textId="51FE83C0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Ты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ко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мне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придёшь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теперь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только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во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снах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1762CDE1" wp14:textId="3AB57691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Потеряла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жизни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смысл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твоя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мамочка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,</w:t>
      </w:r>
    </w:p>
    <w:p xmlns:wp14="http://schemas.microsoft.com/office/word/2010/wordml" w:rsidR="00C06E5D" w:rsidP="102CCC8B" w:rsidRDefault="00C06E5D" w14:paraId="641949FE" wp14:textId="6C038C78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Превратилась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старушку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горем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убитая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243B66CD" wp14:textId="1E8FD060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Будь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ты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проклята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война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треклятая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,</w:t>
      </w:r>
    </w:p>
    <w:p xmlns:wp14="http://schemas.microsoft.com/office/word/2010/wordml" w:rsidR="00C06E5D" w:rsidP="102CCC8B" w:rsidRDefault="00C06E5D" w14:paraId="17E029AC" wp14:textId="6E4F9881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Забрала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единственного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сыночка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64037D3B" wp14:textId="11088686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напишешь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ты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теперь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мне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мамочка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:</w:t>
      </w:r>
    </w:p>
    <w:p xmlns:wp14="http://schemas.microsoft.com/office/word/2010/wordml" w:rsidR="00C06E5D" w:rsidP="102CCC8B" w:rsidRDefault="00C06E5D" w14:paraId="38FBAFE8" wp14:textId="6B4D1874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«У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меня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всё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хорошо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родимая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…»</w:t>
      </w:r>
    </w:p>
    <w:p xmlns:wp14="http://schemas.microsoft.com/office/word/2010/wordml" w:rsidR="00C06E5D" w:rsidP="102CCC8B" w:rsidRDefault="00C06E5D" w14:paraId="591ACE8F" wp14:textId="631A6722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«А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вчера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спасли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мы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много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раненых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»</w:t>
      </w:r>
    </w:p>
    <w:p xmlns:wp14="http://schemas.microsoft.com/office/word/2010/wordml" w:rsidR="00C06E5D" w:rsidP="102CCC8B" w:rsidRDefault="00C06E5D" w14:paraId="15DF4C7F" wp14:textId="30DB4FD2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— И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убитых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тоже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много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видано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23AE5C0B" wp14:textId="50DAAD63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«Я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здесь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нужен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мам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прости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бежать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пора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,</w:t>
      </w:r>
    </w:p>
    <w:p xmlns:wp14="http://schemas.microsoft.com/office/word/2010/wordml" w:rsidR="00C06E5D" w:rsidP="102CCC8B" w:rsidRDefault="00C06E5D" w14:paraId="247E119E" wp14:textId="42A41D04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Напишу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связь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наладится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438837E7" wp14:textId="4E075D28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А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потом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пропал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мой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сыночек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…</w:t>
      </w:r>
    </w:p>
    <w:p xmlns:wp14="http://schemas.microsoft.com/office/word/2010/wordml" w:rsidR="00C06E5D" w:rsidP="102CCC8B" w:rsidRDefault="00C06E5D" w14:paraId="49513020" wp14:textId="2A15F9F1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Жду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неделю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две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— с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надеждою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…</w:t>
      </w:r>
    </w:p>
    <w:p xmlns:wp14="http://schemas.microsoft.com/office/word/2010/wordml" w:rsidR="00C06E5D" w:rsidP="102CCC8B" w:rsidRDefault="00C06E5D" w14:paraId="29393E0C" wp14:textId="5803C0CF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Помню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я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тот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день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страшный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сон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:</w:t>
      </w:r>
    </w:p>
    <w:p xmlns:wp14="http://schemas.microsoft.com/office/word/2010/wordml" w:rsidR="00C06E5D" w:rsidP="102CCC8B" w:rsidRDefault="00C06E5D" w14:paraId="5846934B" wp14:textId="77875BDC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вдруг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раздался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резкий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звон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,</w:t>
      </w:r>
    </w:p>
    <w:p xmlns:wp14="http://schemas.microsoft.com/office/word/2010/wordml" w:rsidR="00C06E5D" w:rsidP="102CCC8B" w:rsidRDefault="00C06E5D" w14:paraId="3BFD28B3" wp14:textId="617ED6C6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Трубку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подняла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: «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Алло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…»</w:t>
      </w:r>
    </w:p>
    <w:p xmlns:wp14="http://schemas.microsoft.com/office/word/2010/wordml" w:rsidR="00C06E5D" w:rsidP="102CCC8B" w:rsidRDefault="00C06E5D" w14:paraId="3DCB4E8F" wp14:textId="692C669E">
      <w:pPr>
        <w:spacing w:before="240" w:beforeAutospacing="off" w:after="240" w:afterAutospacing="off"/>
        <w:contextualSpacing w:val="1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А в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ответ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: «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Ваш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сын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погиб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СВО».</w:t>
      </w:r>
    </w:p>
    <w:p xmlns:wp14="http://schemas.microsoft.com/office/word/2010/wordml" w:rsidR="00C06E5D" w:rsidP="102CCC8B" w:rsidRDefault="00C06E5D" w14:paraId="274353F4" wp14:textId="269641B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413800B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похоронен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городе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Иркутске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кладбище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Малая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Еланка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».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Маму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поддерживают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однокурсники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из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медицинского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университета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часто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навещают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могилу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вспоминают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времени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Когда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приезжал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к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отпуск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сказал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: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Если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я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погибну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плачьте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а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лучше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помолитесь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меня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7C894C52" wp14:textId="12177DD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7543870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время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срочной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службы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познакомился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многими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ребятами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особенно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сдружился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Дмитрием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Вместе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подписал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контракт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спасал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раненых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о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бок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После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гибели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Дмитрий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позвонил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маме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сказал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: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Спасибо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вам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такого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сына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очень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смелый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!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Юлия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Сергеевна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можете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гордиться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!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Скорблю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вместе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вами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746BD146" wp14:textId="0DE5FED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640A1ED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инициативе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педагогов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учащихся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школы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марте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2026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планируется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открытие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мемориальной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доски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памяти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Яна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Мацик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героически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погибшего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ходе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специальной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военной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операции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1B997D6C" wp14:textId="57ADD6B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25665DC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специальной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военной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операции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ещё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истории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написана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у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неё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есть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Говоря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об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участниках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СВО, В. В.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Путин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подчеркнул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: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Каждый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подвергает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свою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жизнь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смертельной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опасности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Идёт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сознательно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относиться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к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нужно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именно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так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к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героям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».</w:t>
      </w:r>
    </w:p>
    <w:p xmlns:wp14="http://schemas.microsoft.com/office/word/2010/wordml" w:rsidR="00C06E5D" w:rsidP="102CCC8B" w:rsidRDefault="00C06E5D" w14:paraId="738A05D3" wp14:textId="6FFF0A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1C4FC8A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Священный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подвиг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защитников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Донбасса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как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подвиг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героев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Великой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Отечественной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войны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должен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навсегда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остаться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нашей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памяти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в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наших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сердцах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Наш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долг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помнить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о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быть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достойными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памяти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Они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символ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защиты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Отечества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ориентир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мужества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верности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143323B4" wp14:textId="65317F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02CCC8B" w:rsidR="43AE77B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Проект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«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Связующая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нить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»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создан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чтобы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объединить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поколения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сохранить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память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о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тех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отдал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жизнь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за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мир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свободу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Мы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помним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чтим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доблесть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жертвенность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и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любовь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к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Родине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Их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истории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—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это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история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каждой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семьи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история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всей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России</w:t>
      </w:r>
      <w:r w:rsidRPr="102CCC8B" w:rsidR="76E7CC2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xmlns:wp14="http://schemas.microsoft.com/office/word/2010/wordml" w:rsidR="00C06E5D" w:rsidP="102CCC8B" w:rsidRDefault="00C06E5D" w14:paraId="1DBE74F7" wp14:textId="66FC6C85">
      <w:pPr>
        <w:pStyle w:val="a1"/>
        <w:spacing w:after="0"/>
        <w:jc w:val="right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Выполнила</w:t>
      </w:r>
      <w:r w:rsidRPr="102CCC8B" w:rsidR="76E7CC2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: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Осокина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Ясмина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Михайловна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,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ученица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9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класса</w:t>
      </w:r>
    </w:p>
    <w:p xmlns:wp14="http://schemas.microsoft.com/office/word/2010/wordml" w:rsidR="00C06E5D" w:rsidP="102CCC8B" w:rsidRDefault="00C06E5D" w14:paraId="37D2C04F" wp14:textId="7BBA7A4B">
      <w:pPr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МБОУ «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Иракиндинская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средняя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школа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»</w:t>
      </w:r>
    </w:p>
    <w:p xmlns:wp14="http://schemas.microsoft.com/office/word/2010/wordml" w:rsidR="00C06E5D" w:rsidP="102CCC8B" w:rsidRDefault="00C06E5D" w14:paraId="30429AA4" wp14:textId="7198BFAB">
      <w:pPr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Руководитель</w:t>
      </w:r>
      <w:r w:rsidRPr="102CCC8B" w:rsidR="76E7CC28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: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Шикуева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Наталья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Павловна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,</w:t>
      </w:r>
    </w:p>
    <w:p xmlns:wp14="http://schemas.microsoft.com/office/word/2010/wordml" w:rsidR="00C06E5D" w:rsidP="102CCC8B" w:rsidRDefault="00C06E5D" w14:paraId="6CED0532" wp14:textId="6FC91ECC">
      <w:pPr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</w:pP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МБОУ «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Иракиндинская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средняя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школа</w:t>
      </w:r>
      <w:r w:rsidRPr="102CCC8B" w:rsidR="76E7CC2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»</w:t>
      </w:r>
      <w:bookmarkStart w:name="_GoBack" w:id="0"/>
      <w:bookmarkEnd w:id="0"/>
    </w:p>
    <w:sectPr w:rsidR="00C06E5D" w:rsidSect="00A140F2">
      <w:pgSz w:w="12240" w:h="15840" w:orient="portrait"/>
      <w:pgMar w:top="426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9">
    <w:nsid w:val="22e9c7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547C"/>
    <w:rsid w:val="00034616"/>
    <w:rsid w:val="00056F9B"/>
    <w:rsid w:val="0006063C"/>
    <w:rsid w:val="000E2EA5"/>
    <w:rsid w:val="001323E9"/>
    <w:rsid w:val="0015074B"/>
    <w:rsid w:val="00233C26"/>
    <w:rsid w:val="0029639D"/>
    <w:rsid w:val="002F4CE8"/>
    <w:rsid w:val="00326F90"/>
    <w:rsid w:val="00362A09"/>
    <w:rsid w:val="0041060A"/>
    <w:rsid w:val="005A5B8A"/>
    <w:rsid w:val="005F2306"/>
    <w:rsid w:val="00611564"/>
    <w:rsid w:val="00664D72"/>
    <w:rsid w:val="006C6747"/>
    <w:rsid w:val="00815169"/>
    <w:rsid w:val="009A36B5"/>
    <w:rsid w:val="00A140F2"/>
    <w:rsid w:val="00AA1D8D"/>
    <w:rsid w:val="00AE3027"/>
    <w:rsid w:val="00B47730"/>
    <w:rsid w:val="00C06E5D"/>
    <w:rsid w:val="00CB0664"/>
    <w:rsid w:val="00DB5B30"/>
    <w:rsid w:val="00E84CED"/>
    <w:rsid w:val="00F03471"/>
    <w:rsid w:val="00FC1E6E"/>
    <w:rsid w:val="00FC693F"/>
    <w:rsid w:val="060E26AC"/>
    <w:rsid w:val="098FA2C2"/>
    <w:rsid w:val="0C51F94B"/>
    <w:rsid w:val="0FE8D2F1"/>
    <w:rsid w:val="102CCC8B"/>
    <w:rsid w:val="1C4FC8AA"/>
    <w:rsid w:val="25665DC3"/>
    <w:rsid w:val="27C11F76"/>
    <w:rsid w:val="32A95F6D"/>
    <w:rsid w:val="3331E6CC"/>
    <w:rsid w:val="3712559C"/>
    <w:rsid w:val="3C206A3B"/>
    <w:rsid w:val="3ED659DF"/>
    <w:rsid w:val="413800B6"/>
    <w:rsid w:val="43AE77B5"/>
    <w:rsid w:val="44A02F21"/>
    <w:rsid w:val="45C212A7"/>
    <w:rsid w:val="4636531A"/>
    <w:rsid w:val="4A136B3F"/>
    <w:rsid w:val="4DACC5F1"/>
    <w:rsid w:val="4F3DB646"/>
    <w:rsid w:val="5D26DF1E"/>
    <w:rsid w:val="5FF9C7C1"/>
    <w:rsid w:val="640A1EDE"/>
    <w:rsid w:val="65541310"/>
    <w:rsid w:val="6632849B"/>
    <w:rsid w:val="668194AC"/>
    <w:rsid w:val="6A0C6B43"/>
    <w:rsid w:val="7543870C"/>
    <w:rsid w:val="76E7CC28"/>
    <w:rsid w:val="7F57D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2DF34"/>
  <w14:defaultImageDpi w14:val="300"/>
  <w15:docId w15:val="{5291E0E7-0C21-4D29-80D1-C02A21C55C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 w:default="1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ab" w:customStyle="1">
    <w:name w:val="Название Знак"/>
    <w:basedOn w:val="a2"/>
    <w:link w:val="aa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60" w:customStyle="1">
    <w:name w:val="Заголовок 6 Знак"/>
    <w:basedOn w:val="a2"/>
    <w:link w:val="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0" w:customStyle="1">
    <w:name w:val="Заголовок 7 Знак"/>
    <w:basedOn w:val="a2"/>
    <w:link w:val="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0" w:customStyle="1">
    <w:name w:val="Заголовок 8 Знак"/>
    <w:basedOn w:val="a2"/>
    <w:link w:val="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microsoft.com/office/2007/relationships/stylesWithEffects" Target="stylesWithEffect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2DD81C-7642-433D-9650-AFD0B522102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Данил Ткачёв</lastModifiedBy>
  <revision>13</revision>
  <lastPrinted>2025-10-14T07:03:00.0000000Z</lastPrinted>
  <dcterms:created xsi:type="dcterms:W3CDTF">2013-12-23T23:15:00.0000000Z</dcterms:created>
  <dcterms:modified xsi:type="dcterms:W3CDTF">2026-02-12T03:21:33.2657361Z</dcterms:modified>
  <category/>
</coreProperties>
</file>